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قره‌کلیسا — شهرستان چالدران — NOFAN-019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محور گردشگری مستند؛ آمار جمعیتی و ظرفیت اقتصادی نیازمند برداشت رسمی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گردشگری مذهبی-تاریخی، کشاورزی، دامپروری، صنایع‌دستی.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فصلی بودن تقاضا، ضعف زنجیره زائر و خدمات تکمیلی.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بسته زائر + بازارچه سوغات + مسیر روستا/میراث.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بسته بازدید، تقویم رویداد، ۱۰ خدمت/محصول، شبکه میزبانان.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۲ بسته بازدید؛ ۱۰ عرضه‌کننده؛ ۳۰ نفر آموزش؛ ۳ اقدام خدماتی.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قره‌کلیسا»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قره‌کلیسا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قره‌کلیسا در چالدران / بخش مرکزی / دهستان قره‌کلیسا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داده جمعیتی قطعی در این بسته درج نمی‌شود.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گردشگری مذهبی-تاریخی، کشاورزی، دامپروری، صنایع‌دستی.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گردشگری مذهبی-تاریخی، کشاورزی، دامپروری، صنایع‌دستی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«بسته زائر + بازارچه سوغات + مسیر روستا/میراث»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فصلی بودن تقاضا، ضعف زنجیره زائر و خدمات تکمیلی.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بسته زائر + بازارچه سوغات + مسیر روستا/میراث.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بسته بازدید، تقویم رویداد، ۱۰ خدمت/محصول، شبکه میزبانان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۲ بسته بازدید؛ ۱۰ عرضه‌کننده؛ ۳۰ نفر آموزش؛ ۳ اقدام خدماتی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قره‌کلیسا می‌تواند در صورت تأیید خط پایه و همراهی جامعه محلی، یک پایلوت نوفن با تمرکز بر «بسته زائر + بازارچه سوغات + مسیر روستا/میراث»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قره‌کلیسا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گردشگری مذهبی-تاریخی، کشاورزی، دامپروری، صنایع‌دستی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فصلی بودن تقاضا، ضعف زنجیره زائر و خدمات تکمیلی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بسته زائر + بازارچه سوغات + مسیر روستا/میراث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قره‌کلیسا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 بسته بازدید؛ ۱۰ عرضه‌کننده؛ ۳۰ نفر آموزش؛ ۳ اقدام خدماتی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قره کلیسا - کارناوال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https://www.karnaval.ir/things-to-do/st-thaddeus-monastery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مکان و دسترسی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آشنایی با قره کلیسا - بیتوته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https://www.beytoote.com/iran/shrine/thaddeus2-church1-church.html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اقتصاد روستا و میراث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NOFAN-019 | طرح جامع نوفن قره‌کلیسا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