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قره خان — شهرستان مهاباد — NOFAN-012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موقعیت اداری از همسایگی‌های منابع عمومی به‌دست آمده و بهتر است صفحه مستقیم آبادی نیز در مرحله میدانی کنترل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کشاورزی و کسب‌وکارهای محلی؛ اتصال به شبکه روستاهای مکریان.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نیاز به خط پایه اقتصادی، خدمات تخصصی و بازاررسانی.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برداشت اقتصادی و طراحی بسته بازار/خدمت + پایلوت بهره‌وری آب.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شناسنامه اقتصادی، ۲ زنجیره، ۳ گلوگاه، بسته اقدام.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۳۰ بهره‌بردار؛ ۲ زنجیره؛ ۲ خریدار؛ ۳ اقدام.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قره خان»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قره خان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قره خان در مهاباد / بخش مرکزی / دهستان مکریان غربی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۶۳۷ نفر در منبع عمومی.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کشاورزی و کسب‌وکارهای محلی؛ اتصال به شبکه روستاهای مکریان.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کشاورزی و کسب‌وکارهای محلی؛ اتصال به شبکه روستاهای مکریان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«برداشت اقتصادی و طراحی بسته بازار/خدمت + پایلوت بهره‌وری آب»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نیاز به خط پایه اقتصادی، خدمات تخصصی و بازاررسانی.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برداشت اقتصادی و طراحی بسته بازار/خدمت + پایلوت بهره‌وری آب.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شناسنامه اقتصادی، ۲ زنجیره، ۳ گلوگاه، بسته اقدام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۳۰ بهره‌بردار؛ ۲ زنجیره؛ ۲ خریدار؛ ۳ اقدام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قره خان می‌تواند در صورت تأیید خط پایه و همراهی جامعه محلی، یک پایلوت نوفن با تمرکز بر «برداشت اقتصادی و طراحی بسته بازار/خدمت + پایلوت بهره‌وری آب»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قره خان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کشاورزی و کسب‌وکارهای محلی؛ اتصال به شبکه روستاهای مکریان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نیاز به خط پایه اقتصادی، خدمات تخصصی و بازاررسانی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برداشت اقتصادی و طراحی بسته بازار/خدمت + پایلوت بهره‌وری آب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قره خان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بهره‌بردار؛ ۲ زنجیره؛ ۲ خریدار؛ ۳ 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روستای اگریقاش - ایران‌گاه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https://irangaah.ir/villages/mahabad/makryan-gharbi/agerighash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معرفی روستای قره خان به‌عنوان آبادی همجوار و جمعیت ۶۳۷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روستای لج - ایران‌گاه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https://irangaah.ir/villages/mahabad/makryan-sharghi/lej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تکرار موقعیت و جمعیت ۶۳۷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NOFAN-012 | طرح جامع نوفن قره خان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