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ریحان‌آباد — شهرستان ارومیه — NOFAN-006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منبع عمومی فعلی برای جمعیت؛ داده اقتصادی نیازمند راستی‌آزمایی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پیوند میراث و گردشگری با کشاورزی و صنایع‌دستی.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اتصال ضعیف میراث به درآمد محلی و نیاز به محصول گردشگری قابل فروش.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بسته گردشگری روستا + سوغات و تجربه محلی + شبکه فروش.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بسته تجربه، ۱۰ محصول/خدمت، مسیر روایت، برنامه ۳۰/۹۰/۱۸۰.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۲ بسته گردشگری؛ ۱۰ عرضه‌کننده؛ ۳ قرارداد/همکاری بازار؛ ۳۰ نفر آموزش.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ریحان‌آباد»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ریحان‌آباد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ریحان‌آباد در ارومیه / بخش مرکزی / دهستان بکشلوچای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۶٬۱۲۵ نفر / ۱٬۵۳۰ خانوار در منبع عمومی.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قابل ثبت اولیه؛ کنترل نهایی با کد آبادی و تقسیمات رسمی انجام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پیوند میراث و گردشگری با کشاورزی و صنایع‌دستی.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پیوند میراث و گردشگری با کشاورزی و صنایع‌دستی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«بسته گردشگری روستا + سوغات و تجربه محلی + شبکه فروش»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اتصال ضعیف میراث به درآمد محلی و نیاز به محصول گردشگری قابل فروش.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بسته گردشگری روستا + سوغات و تجربه محلی + شبکه فروش.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بسته تجربه، ۱۰ محصول/خدمت، مسیر روایت، برنامه ۳۰/۹۰/۱۸۰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۲ بسته گردشگری؛ ۱۰ عرضه‌کننده؛ ۳ قرارداد/همکاری بازار؛ ۳۰ نفر آموزش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ریحان‌آباد می‌تواند در صورت تأیید خط پایه و همراهی جامعه محلی، یک پایلوت نوفن با تمرکز بر «بسته گردشگری روستا + سوغات و تجربه محلی + شبکه فروش»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ریحان‌آباد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پیوند میراث و گردشگری با کشاورزی و صنایع‌دستی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ضعیف میراث به درآمد محلی و نیاز به محصول گردشگری قابل فروش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بسته گردشگری روستا + سوغات و تجربه محلی + شبکه فروش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ریحان‌آباد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 بسته گردشگری؛ ۱۰ عرضه‌کننده؛ ۳ قرارداد/همکاری بازار؛ ۳۰ نفر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روستای ریحان‌آباد - ایران‌گاه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https://irangaah.ir/villages/urmia/bekshluchay/rihan-abad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جمعیت، دهستان، فاصله و موقعیت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NOFAN-006 | طرح جامع نوفن ریحان‌آباد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